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B7DE8" w14:textId="6C0B0BE5" w:rsidR="00990076" w:rsidRPr="00BC4219" w:rsidRDefault="00BC4219">
      <w:pPr>
        <w:jc w:val="center"/>
        <w:rPr>
          <w:color w:val="000000" w:themeColor="text1"/>
          <w:sz w:val="18"/>
          <w:szCs w:val="18"/>
        </w:rPr>
      </w:pPr>
      <w:r w:rsidRPr="00BC4219">
        <w:rPr>
          <w:b/>
          <w:color w:val="000000" w:themeColor="text1"/>
          <w:sz w:val="18"/>
          <w:szCs w:val="18"/>
        </w:rPr>
        <w:t>KIT – CADASTRO DE FORNECEDORES</w:t>
      </w:r>
    </w:p>
    <w:p w14:paraId="7319F85B" w14:textId="30EF3218" w:rsidR="00990076" w:rsidRPr="00BC4219" w:rsidRDefault="00BC4219">
      <w:pPr>
        <w:jc w:val="center"/>
        <w:rPr>
          <w:color w:val="000000" w:themeColor="text1"/>
          <w:sz w:val="18"/>
          <w:szCs w:val="18"/>
        </w:rPr>
      </w:pPr>
      <w:r w:rsidRPr="00BC4219">
        <w:rPr>
          <w:i/>
          <w:color w:val="000000" w:themeColor="text1"/>
          <w:sz w:val="18"/>
          <w:szCs w:val="18"/>
        </w:rPr>
        <w:t>VERSÃO OFICIAL PARA PUBLICAÇÃO E USO INTERNO</w:t>
      </w:r>
    </w:p>
    <w:p w14:paraId="7B778AD3" w14:textId="30A383F0" w:rsidR="00990076" w:rsidRPr="00BC4219" w:rsidRDefault="00BC4219">
      <w:pPr>
        <w:pStyle w:val="Ttulo1"/>
        <w:rPr>
          <w:color w:val="000000" w:themeColor="text1"/>
          <w:sz w:val="18"/>
          <w:szCs w:val="18"/>
        </w:rPr>
      </w:pPr>
      <w:r w:rsidRPr="00BC4219">
        <w:rPr>
          <w:color w:val="000000" w:themeColor="text1"/>
          <w:sz w:val="18"/>
          <w:szCs w:val="18"/>
        </w:rPr>
        <w:t>1. TEXTO PARA PUBLICAÇÃO NO SITE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BC4219" w:rsidRPr="00BC4219" w14:paraId="41524635" w14:textId="77777777" w:rsidTr="00BC4219">
        <w:trPr>
          <w:trHeight w:val="273"/>
          <w:jc w:val="center"/>
        </w:trPr>
        <w:tc>
          <w:tcPr>
            <w:tcW w:w="9753" w:type="dxa"/>
            <w:shd w:val="clear" w:color="auto" w:fill="EDEDED"/>
          </w:tcPr>
          <w:p w14:paraId="3415BF22" w14:textId="5B371C46" w:rsidR="00990076" w:rsidRPr="00BC4219" w:rsidRDefault="00BC421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b/>
                <w:color w:val="000000" w:themeColor="text1"/>
                <w:sz w:val="18"/>
                <w:szCs w:val="18"/>
              </w:rPr>
              <w:t>CADASTRO PERMANENTE DE FORNECEDORES – FAIFPI</w:t>
            </w:r>
          </w:p>
        </w:tc>
      </w:tr>
      <w:tr w:rsidR="00BC4219" w:rsidRPr="00BC4219" w14:paraId="45EAE337" w14:textId="77777777" w:rsidTr="00BC4219">
        <w:trPr>
          <w:trHeight w:val="546"/>
          <w:jc w:val="center"/>
        </w:trPr>
        <w:tc>
          <w:tcPr>
            <w:tcW w:w="9753" w:type="dxa"/>
          </w:tcPr>
          <w:p w14:paraId="0C5C2457" w14:textId="1ACBC6FC" w:rsidR="00990076" w:rsidRPr="00360BF3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360BF3">
              <w:rPr>
                <w:sz w:val="18"/>
                <w:szCs w:val="18"/>
              </w:rPr>
              <w:t>A FAIFPI MANTÉM CADASTRO PERMANENTE DE PESSOAS FÍSICAS E JURÍDICAS INTERESSADAS EM FORNECER BENS E SERVIÇOS NO ÂMBITO DE SEUS PROJETOS.</w:t>
            </w:r>
          </w:p>
        </w:tc>
      </w:tr>
      <w:tr w:rsidR="00BC4219" w:rsidRPr="00BC4219" w14:paraId="3DCA50E7" w14:textId="77777777" w:rsidTr="00BC4219">
        <w:trPr>
          <w:trHeight w:val="800"/>
          <w:jc w:val="center"/>
        </w:trPr>
        <w:tc>
          <w:tcPr>
            <w:tcW w:w="9753" w:type="dxa"/>
          </w:tcPr>
          <w:p w14:paraId="5F1B8501" w14:textId="2F44E856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O CADASTRO É PÚBLICO, GRATUITO E NÃO GERA DIREITO À CONTRATAÇÃO, DESTINANDO-SE EXCLUSIVAMENTE À FORMAÇÃO DE BANCO DE FORNECEDORES PARA CONSULTAS DE MERCADO E PROCEDIMENTOS DE CONTRATAÇÃO, NOS TERMOS DA LEI Nº 8.958/1994 E DO DECRETO Nº 8.241/2014.</w:t>
            </w:r>
          </w:p>
        </w:tc>
      </w:tr>
      <w:tr w:rsidR="00BC4219" w:rsidRPr="00BC4219" w14:paraId="18540B24" w14:textId="77777777" w:rsidTr="00BC4219">
        <w:trPr>
          <w:trHeight w:val="820"/>
          <w:jc w:val="center"/>
        </w:trPr>
        <w:tc>
          <w:tcPr>
            <w:tcW w:w="9753" w:type="dxa"/>
          </w:tcPr>
          <w:p w14:paraId="7E93717E" w14:textId="0229ABAE" w:rsidR="00D50666" w:rsidRDefault="00BC4219">
            <w:r w:rsidRPr="00BC4219">
              <w:rPr>
                <w:color w:val="000000" w:themeColor="text1"/>
                <w:sz w:val="18"/>
                <w:szCs w:val="18"/>
              </w:rPr>
              <w:t xml:space="preserve">OS INTERESSADOS DEVERÃO ENCAMINHAR A DOCUMENTAÇÃO CADASTRAL PARA O E-MAIL: </w:t>
            </w:r>
            <w:hyperlink r:id="rId8" w:history="1">
              <w:r w:rsidR="00D50666" w:rsidRPr="00346D4E">
                <w:rPr>
                  <w:rStyle w:val="Hyperlink"/>
                </w:rPr>
                <w:t>selecao@faifpi.org.br</w:t>
              </w:r>
            </w:hyperlink>
          </w:p>
          <w:p w14:paraId="158E8A15" w14:textId="348F754A" w:rsidR="00990076" w:rsidRPr="00360BF3" w:rsidRDefault="00360BF3">
            <w:r>
              <w:t xml:space="preserve"> </w:t>
            </w:r>
            <w:r w:rsidR="00BC4219" w:rsidRPr="00BC4219">
              <w:rPr>
                <w:color w:val="000000" w:themeColor="text1"/>
                <w:sz w:val="18"/>
                <w:szCs w:val="18"/>
              </w:rPr>
              <w:t>A DOCUMENTAÇÃO MÍNIMA EXIGIDA ENCONTRA-SE DESCRITA NO FORMULÁRIO ABAIXO.</w:t>
            </w:r>
          </w:p>
        </w:tc>
      </w:tr>
    </w:tbl>
    <w:p w14:paraId="7F2928AC" w14:textId="34EFFAA6" w:rsidR="00990076" w:rsidRPr="00BC4219" w:rsidRDefault="00BC4219">
      <w:pPr>
        <w:pStyle w:val="Ttulo1"/>
        <w:rPr>
          <w:color w:val="000000" w:themeColor="text1"/>
          <w:sz w:val="18"/>
          <w:szCs w:val="18"/>
        </w:rPr>
      </w:pPr>
      <w:r w:rsidRPr="00BC4219">
        <w:rPr>
          <w:color w:val="000000" w:themeColor="text1"/>
          <w:sz w:val="18"/>
          <w:szCs w:val="18"/>
        </w:rPr>
        <w:t>2. FORMULÁRIO DE CADASTRO DE FORNECEDOR (EDITÁVEL)</w:t>
      </w:r>
    </w:p>
    <w:p w14:paraId="690A4698" w14:textId="545A4DDC" w:rsidR="00990076" w:rsidRPr="00BC4219" w:rsidRDefault="00BC4219">
      <w:pPr>
        <w:rPr>
          <w:color w:val="000000" w:themeColor="text1"/>
          <w:sz w:val="18"/>
          <w:szCs w:val="18"/>
        </w:rPr>
      </w:pPr>
      <w:r w:rsidRPr="00BC4219">
        <w:rPr>
          <w:color w:val="000000" w:themeColor="text1"/>
          <w:sz w:val="18"/>
          <w:szCs w:val="18"/>
        </w:rPr>
        <w:t>PREENCHA OS CAMPOS ABAIXO. AS CÉLULAS EM CINZA SÃO ÁREAS DE PREENCHIMENTO.</w:t>
      </w:r>
    </w:p>
    <w:p w14:paraId="4A4315A7" w14:textId="244901D6" w:rsidR="00990076" w:rsidRPr="00BC4219" w:rsidRDefault="00BC4219">
      <w:pPr>
        <w:pStyle w:val="Ttulo2"/>
        <w:rPr>
          <w:color w:val="000000" w:themeColor="text1"/>
          <w:sz w:val="18"/>
          <w:szCs w:val="18"/>
        </w:rPr>
      </w:pPr>
      <w:r w:rsidRPr="00BC4219">
        <w:rPr>
          <w:color w:val="000000" w:themeColor="text1"/>
          <w:sz w:val="18"/>
          <w:szCs w:val="18"/>
        </w:rPr>
        <w:t>2.1 DADOS CADASTRAIS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BC4219" w:rsidRPr="00BC4219" w14:paraId="6CD8D0BC" w14:textId="77777777">
        <w:trPr>
          <w:jc w:val="center"/>
        </w:trPr>
        <w:tc>
          <w:tcPr>
            <w:tcW w:w="4824" w:type="dxa"/>
            <w:shd w:val="clear" w:color="auto" w:fill="EDEDED"/>
          </w:tcPr>
          <w:p w14:paraId="0AA278BE" w14:textId="44BEEC52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b/>
                <w:color w:val="000000" w:themeColor="text1"/>
                <w:sz w:val="18"/>
                <w:szCs w:val="18"/>
              </w:rPr>
              <w:t>CAMPO</w:t>
            </w:r>
          </w:p>
        </w:tc>
        <w:tc>
          <w:tcPr>
            <w:tcW w:w="4824" w:type="dxa"/>
            <w:shd w:val="clear" w:color="auto" w:fill="EDEDED"/>
          </w:tcPr>
          <w:p w14:paraId="15FED908" w14:textId="32901EA9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b/>
                <w:color w:val="000000" w:themeColor="text1"/>
                <w:sz w:val="18"/>
                <w:szCs w:val="18"/>
              </w:rPr>
              <w:t>INFORMAÇÃO</w:t>
            </w:r>
          </w:p>
        </w:tc>
      </w:tr>
      <w:tr w:rsidR="00BC4219" w:rsidRPr="00BC4219" w14:paraId="7E8B9E2B" w14:textId="77777777">
        <w:trPr>
          <w:jc w:val="center"/>
        </w:trPr>
        <w:tc>
          <w:tcPr>
            <w:tcW w:w="4824" w:type="dxa"/>
          </w:tcPr>
          <w:p w14:paraId="54CCAB6A" w14:textId="19E4E507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RAZÃO SOCIAL / NOME</w:t>
            </w:r>
          </w:p>
        </w:tc>
        <w:tc>
          <w:tcPr>
            <w:tcW w:w="4824" w:type="dxa"/>
            <w:shd w:val="clear" w:color="auto" w:fill="F2F2F2"/>
          </w:tcPr>
          <w:p w14:paraId="4AD8E9BC" w14:textId="2A20B2C7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BC4219" w:rsidRPr="00BC4219" w14:paraId="63E49813" w14:textId="77777777">
        <w:trPr>
          <w:jc w:val="center"/>
        </w:trPr>
        <w:tc>
          <w:tcPr>
            <w:tcW w:w="4824" w:type="dxa"/>
          </w:tcPr>
          <w:p w14:paraId="4D3FE5C2" w14:textId="5258BD3B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CNPJ / CPF</w:t>
            </w:r>
          </w:p>
        </w:tc>
        <w:tc>
          <w:tcPr>
            <w:tcW w:w="4824" w:type="dxa"/>
            <w:shd w:val="clear" w:color="auto" w:fill="F2F2F2"/>
          </w:tcPr>
          <w:p w14:paraId="275E3359" w14:textId="5BEF1902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BC4219" w:rsidRPr="00BC4219" w14:paraId="294D2B50" w14:textId="77777777">
        <w:trPr>
          <w:jc w:val="center"/>
        </w:trPr>
        <w:tc>
          <w:tcPr>
            <w:tcW w:w="4824" w:type="dxa"/>
          </w:tcPr>
          <w:p w14:paraId="53AAFA53" w14:textId="41B0CDD3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ENDEREÇO</w:t>
            </w:r>
          </w:p>
        </w:tc>
        <w:tc>
          <w:tcPr>
            <w:tcW w:w="4824" w:type="dxa"/>
            <w:shd w:val="clear" w:color="auto" w:fill="F2F2F2"/>
          </w:tcPr>
          <w:p w14:paraId="615231CB" w14:textId="2349B48D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BC4219" w:rsidRPr="00BC4219" w14:paraId="75352B71" w14:textId="77777777">
        <w:trPr>
          <w:jc w:val="center"/>
        </w:trPr>
        <w:tc>
          <w:tcPr>
            <w:tcW w:w="4824" w:type="dxa"/>
          </w:tcPr>
          <w:p w14:paraId="10836B7D" w14:textId="674735B7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CIDADE / UF</w:t>
            </w:r>
          </w:p>
        </w:tc>
        <w:tc>
          <w:tcPr>
            <w:tcW w:w="4824" w:type="dxa"/>
            <w:shd w:val="clear" w:color="auto" w:fill="F2F2F2"/>
          </w:tcPr>
          <w:p w14:paraId="1CBF6292" w14:textId="283C1A0C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BC4219" w:rsidRPr="00BC4219" w14:paraId="2C244BBD" w14:textId="77777777">
        <w:trPr>
          <w:jc w:val="center"/>
        </w:trPr>
        <w:tc>
          <w:tcPr>
            <w:tcW w:w="4824" w:type="dxa"/>
          </w:tcPr>
          <w:p w14:paraId="13D074EE" w14:textId="769003AA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TELEFONE</w:t>
            </w:r>
          </w:p>
        </w:tc>
        <w:tc>
          <w:tcPr>
            <w:tcW w:w="4824" w:type="dxa"/>
            <w:shd w:val="clear" w:color="auto" w:fill="F2F2F2"/>
          </w:tcPr>
          <w:p w14:paraId="3F229113" w14:textId="53628B03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BC4219" w:rsidRPr="00BC4219" w14:paraId="7EB1E42B" w14:textId="77777777">
        <w:trPr>
          <w:jc w:val="center"/>
        </w:trPr>
        <w:tc>
          <w:tcPr>
            <w:tcW w:w="4824" w:type="dxa"/>
          </w:tcPr>
          <w:p w14:paraId="077A503B" w14:textId="5698D7A4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E-MAIL</w:t>
            </w:r>
          </w:p>
        </w:tc>
        <w:tc>
          <w:tcPr>
            <w:tcW w:w="4824" w:type="dxa"/>
            <w:shd w:val="clear" w:color="auto" w:fill="F2F2F2"/>
          </w:tcPr>
          <w:p w14:paraId="7A648E3E" w14:textId="44209CB9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BC4219" w:rsidRPr="00BC4219" w14:paraId="3E85A252" w14:textId="77777777">
        <w:trPr>
          <w:jc w:val="center"/>
        </w:trPr>
        <w:tc>
          <w:tcPr>
            <w:tcW w:w="4824" w:type="dxa"/>
          </w:tcPr>
          <w:p w14:paraId="098B4B5F" w14:textId="744796D0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RAMO DE ATIVIDADE</w:t>
            </w:r>
          </w:p>
        </w:tc>
        <w:tc>
          <w:tcPr>
            <w:tcW w:w="4824" w:type="dxa"/>
            <w:shd w:val="clear" w:color="auto" w:fill="F2F2F2"/>
          </w:tcPr>
          <w:p w14:paraId="3FD737D4" w14:textId="15AD96DB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BC4219" w:rsidRPr="00BC4219" w14:paraId="772CBBC9" w14:textId="77777777">
        <w:trPr>
          <w:jc w:val="center"/>
        </w:trPr>
        <w:tc>
          <w:tcPr>
            <w:tcW w:w="4824" w:type="dxa"/>
          </w:tcPr>
          <w:p w14:paraId="27B1099E" w14:textId="5591A898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RESPONSÁVEL LEGAL</w:t>
            </w:r>
          </w:p>
        </w:tc>
        <w:tc>
          <w:tcPr>
            <w:tcW w:w="4824" w:type="dxa"/>
            <w:shd w:val="clear" w:color="auto" w:fill="F2F2F2"/>
          </w:tcPr>
          <w:p w14:paraId="4DCAC678" w14:textId="50E9BA84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7F05C12D" w14:textId="2D6F9A00" w:rsidR="00990076" w:rsidRPr="00BC4219" w:rsidRDefault="00BC4219">
      <w:pPr>
        <w:pStyle w:val="Ttulo2"/>
        <w:rPr>
          <w:color w:val="000000" w:themeColor="text1"/>
          <w:sz w:val="18"/>
          <w:szCs w:val="18"/>
        </w:rPr>
      </w:pPr>
      <w:r w:rsidRPr="00BC4219">
        <w:rPr>
          <w:color w:val="000000" w:themeColor="text1"/>
          <w:sz w:val="18"/>
          <w:szCs w:val="18"/>
        </w:rPr>
        <w:t>2.2 DOCUMENTOS A ANEXAR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BC4219" w:rsidRPr="00BC4219" w14:paraId="57CBB5D5" w14:textId="77777777">
        <w:trPr>
          <w:jc w:val="center"/>
        </w:trPr>
        <w:tc>
          <w:tcPr>
            <w:tcW w:w="9648" w:type="dxa"/>
            <w:shd w:val="clear" w:color="auto" w:fill="EDEDED"/>
          </w:tcPr>
          <w:p w14:paraId="1AD0D017" w14:textId="4CF59912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b/>
                <w:color w:val="000000" w:themeColor="text1"/>
                <w:sz w:val="18"/>
                <w:szCs w:val="18"/>
              </w:rPr>
              <w:t>DOCUMENTOS OBRIGATÓRIOS</w:t>
            </w:r>
          </w:p>
        </w:tc>
      </w:tr>
      <w:tr w:rsidR="00BC4219" w:rsidRPr="00BC4219" w14:paraId="7CEF921C" w14:textId="77777777">
        <w:trPr>
          <w:jc w:val="center"/>
        </w:trPr>
        <w:tc>
          <w:tcPr>
            <w:tcW w:w="9648" w:type="dxa"/>
          </w:tcPr>
          <w:p w14:paraId="3D0B7E0D" w14:textId="7C0EA0D5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☐ CONTRATO SOCIAL OU DOCUMENTO EQUIVALENTE;</w:t>
            </w:r>
          </w:p>
        </w:tc>
      </w:tr>
      <w:tr w:rsidR="00BC4219" w:rsidRPr="00BC4219" w14:paraId="60EC7497" w14:textId="77777777">
        <w:trPr>
          <w:jc w:val="center"/>
        </w:trPr>
        <w:tc>
          <w:tcPr>
            <w:tcW w:w="9648" w:type="dxa"/>
          </w:tcPr>
          <w:p w14:paraId="0DC530C4" w14:textId="6B454AA5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☐ COMPROVANTE DE INSCRIÇÃO NO CNPJ;</w:t>
            </w:r>
          </w:p>
        </w:tc>
      </w:tr>
      <w:tr w:rsidR="00BC4219" w:rsidRPr="00BC4219" w14:paraId="761DDA0B" w14:textId="77777777">
        <w:trPr>
          <w:jc w:val="center"/>
        </w:trPr>
        <w:tc>
          <w:tcPr>
            <w:tcW w:w="9648" w:type="dxa"/>
          </w:tcPr>
          <w:p w14:paraId="6A41B732" w14:textId="19410D46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☐ CERTIDÕES FISCAIS VIRGENTES </w:t>
            </w:r>
            <w:r w:rsidR="009B693B" w:rsidRPr="00BC4219">
              <w:rPr>
                <w:color w:val="000000" w:themeColor="text1"/>
                <w:sz w:val="18"/>
                <w:szCs w:val="18"/>
              </w:rPr>
              <w:t>(RECEITA</w:t>
            </w:r>
            <w:r w:rsidRPr="00BC4219">
              <w:rPr>
                <w:color w:val="000000" w:themeColor="text1"/>
                <w:sz w:val="18"/>
                <w:szCs w:val="18"/>
              </w:rPr>
              <w:t xml:space="preserve"> FEDERAL/ESTADUAL/MUNICIPAL/- FGTS/TRABALHISTA/ CONCORDATA E FALENCIA</w:t>
            </w:r>
          </w:p>
        </w:tc>
      </w:tr>
      <w:tr w:rsidR="00BC4219" w:rsidRPr="00BC4219" w14:paraId="08A0D763" w14:textId="77777777">
        <w:trPr>
          <w:jc w:val="center"/>
        </w:trPr>
        <w:tc>
          <w:tcPr>
            <w:tcW w:w="9648" w:type="dxa"/>
          </w:tcPr>
          <w:p w14:paraId="7242D2E0" w14:textId="571C6233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☐ DOCUMENTO DE IDENTIFICAÇÃO DO RESPONSÁVEL LEGAL.</w:t>
            </w:r>
          </w:p>
        </w:tc>
      </w:tr>
    </w:tbl>
    <w:p w14:paraId="7644EE11" w14:textId="7741F905" w:rsidR="00990076" w:rsidRPr="00BC4219" w:rsidRDefault="00BC4219">
      <w:pPr>
        <w:pStyle w:val="Ttulo1"/>
        <w:rPr>
          <w:color w:val="000000" w:themeColor="text1"/>
          <w:sz w:val="18"/>
          <w:szCs w:val="18"/>
        </w:rPr>
      </w:pPr>
      <w:r w:rsidRPr="00BC4219">
        <w:rPr>
          <w:color w:val="000000" w:themeColor="text1"/>
          <w:sz w:val="18"/>
          <w:szCs w:val="18"/>
        </w:rPr>
        <w:t>3. DECLARAÇÃO DO FORNECEDOR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9638"/>
      </w:tblGrid>
      <w:tr w:rsidR="00BC4219" w:rsidRPr="00BC4219" w14:paraId="109D5225" w14:textId="77777777">
        <w:trPr>
          <w:jc w:val="center"/>
        </w:trPr>
        <w:tc>
          <w:tcPr>
            <w:tcW w:w="9648" w:type="dxa"/>
            <w:shd w:val="clear" w:color="auto" w:fill="EDEDED"/>
          </w:tcPr>
          <w:p w14:paraId="4D6E0407" w14:textId="16D4E216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b/>
                <w:color w:val="000000" w:themeColor="text1"/>
                <w:sz w:val="18"/>
                <w:szCs w:val="18"/>
              </w:rPr>
              <w:t>DECLARAÇÃO</w:t>
            </w:r>
          </w:p>
        </w:tc>
      </w:tr>
      <w:tr w:rsidR="00BC4219" w:rsidRPr="00BC4219" w14:paraId="03F75DDA" w14:textId="77777777">
        <w:trPr>
          <w:jc w:val="center"/>
        </w:trPr>
        <w:tc>
          <w:tcPr>
            <w:tcW w:w="9648" w:type="dxa"/>
          </w:tcPr>
          <w:p w14:paraId="7E65017F" w14:textId="0620FE43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DECLARO, PARA OS DEVIDOS FINS, QUE AS INFORMAÇÕES PRESTADAS NESTE CADASTRO SÃO VERDADEIRAS E QUE ESTOU CIENTE DE QUE:</w:t>
            </w:r>
          </w:p>
        </w:tc>
      </w:tr>
      <w:tr w:rsidR="00BC4219" w:rsidRPr="00BC4219" w14:paraId="544EDBFC" w14:textId="77777777">
        <w:trPr>
          <w:jc w:val="center"/>
        </w:trPr>
        <w:tc>
          <w:tcPr>
            <w:tcW w:w="9648" w:type="dxa"/>
          </w:tcPr>
          <w:p w14:paraId="43D81949" w14:textId="7DF61119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I – O CADASTRO NÃO GERA DIREITO À CONTRATAÇÃO PELA FAIFPI;</w:t>
            </w:r>
          </w:p>
        </w:tc>
      </w:tr>
      <w:tr w:rsidR="00BC4219" w:rsidRPr="00BC4219" w14:paraId="51EC3B07" w14:textId="77777777">
        <w:trPr>
          <w:jc w:val="center"/>
        </w:trPr>
        <w:tc>
          <w:tcPr>
            <w:tcW w:w="9648" w:type="dxa"/>
          </w:tcPr>
          <w:p w14:paraId="705A43E9" w14:textId="2A70137A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II – A EVENTUAL CONTRATAÇÃO DEPENDERÁ DE PROCEDIMENTO ESPECÍFICO DE SELEÇÃO PÚBLICA OU CONTRATAÇÃO DIRETA, CONFORME LEGISLAÇÃO APLICÁVEL;</w:t>
            </w:r>
          </w:p>
        </w:tc>
      </w:tr>
      <w:tr w:rsidR="008B0CEB" w:rsidRPr="00BC4219" w14:paraId="3FD0D134" w14:textId="77777777">
        <w:trPr>
          <w:jc w:val="center"/>
        </w:trPr>
        <w:tc>
          <w:tcPr>
            <w:tcW w:w="9648" w:type="dxa"/>
          </w:tcPr>
          <w:p w14:paraId="6EA15F45" w14:textId="503AE9AA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>III – COMPROMETO-ME A MANTER MEUS DADOS ATUALIZADOS JUNTO À FAIFPI.</w:t>
            </w:r>
          </w:p>
        </w:tc>
      </w:tr>
    </w:tbl>
    <w:p w14:paraId="48F68A89" w14:textId="77777777" w:rsidR="00990076" w:rsidRPr="00BC4219" w:rsidRDefault="00990076">
      <w:pPr>
        <w:rPr>
          <w:color w:val="000000" w:themeColor="text1"/>
          <w:sz w:val="18"/>
          <w:szCs w:val="18"/>
        </w:rPr>
      </w:pPr>
    </w:p>
    <w:p w14:paraId="352D9106" w14:textId="79EA4B4C" w:rsidR="00990076" w:rsidRPr="00BC4219" w:rsidRDefault="00BC4219">
      <w:pPr>
        <w:pStyle w:val="Ttulo2"/>
        <w:rPr>
          <w:color w:val="000000" w:themeColor="text1"/>
          <w:sz w:val="18"/>
          <w:szCs w:val="18"/>
        </w:rPr>
      </w:pPr>
      <w:r w:rsidRPr="00BC4219">
        <w:rPr>
          <w:color w:val="000000" w:themeColor="text1"/>
          <w:sz w:val="18"/>
          <w:szCs w:val="18"/>
        </w:rPr>
        <w:t>ASSINATURA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BC4219" w:rsidRPr="00BC4219" w14:paraId="06D2C1F2" w14:textId="77777777">
        <w:trPr>
          <w:jc w:val="center"/>
        </w:trPr>
        <w:tc>
          <w:tcPr>
            <w:tcW w:w="4824" w:type="dxa"/>
            <w:shd w:val="clear" w:color="auto" w:fill="EDEDED"/>
          </w:tcPr>
          <w:p w14:paraId="30215232" w14:textId="36FCEF1B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b/>
                <w:color w:val="000000" w:themeColor="text1"/>
                <w:sz w:val="18"/>
                <w:szCs w:val="18"/>
              </w:rPr>
              <w:t>LOCAL E DATA</w:t>
            </w:r>
          </w:p>
        </w:tc>
        <w:tc>
          <w:tcPr>
            <w:tcW w:w="4824" w:type="dxa"/>
            <w:shd w:val="clear" w:color="auto" w:fill="EDEDED"/>
          </w:tcPr>
          <w:p w14:paraId="095B18CA" w14:textId="2BF2AE3F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b/>
                <w:color w:val="000000" w:themeColor="text1"/>
                <w:sz w:val="18"/>
                <w:szCs w:val="18"/>
              </w:rPr>
              <w:t>ASSINATURA DO RESPONSÁVEL</w:t>
            </w:r>
          </w:p>
        </w:tc>
      </w:tr>
      <w:tr w:rsidR="00BC4219" w:rsidRPr="00BC4219" w14:paraId="17C1FE21" w14:textId="77777777">
        <w:trPr>
          <w:jc w:val="center"/>
        </w:trPr>
        <w:tc>
          <w:tcPr>
            <w:tcW w:w="4824" w:type="dxa"/>
            <w:shd w:val="clear" w:color="auto" w:fill="F2F2F2"/>
          </w:tcPr>
          <w:p w14:paraId="5E671C1B" w14:textId="3C8F3027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4824" w:type="dxa"/>
            <w:shd w:val="clear" w:color="auto" w:fill="F2F2F2"/>
          </w:tcPr>
          <w:p w14:paraId="34AE24AE" w14:textId="482F2EC6" w:rsidR="00990076" w:rsidRPr="00BC4219" w:rsidRDefault="00BC4219">
            <w:pPr>
              <w:rPr>
                <w:color w:val="000000" w:themeColor="text1"/>
                <w:sz w:val="18"/>
                <w:szCs w:val="18"/>
              </w:rPr>
            </w:pPr>
            <w:r w:rsidRPr="00BC4219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</w:tbl>
    <w:p w14:paraId="083F0671" w14:textId="77777777" w:rsidR="008B0CEB" w:rsidRPr="00BC4219" w:rsidRDefault="008B0CEB">
      <w:pPr>
        <w:rPr>
          <w:color w:val="000000" w:themeColor="text1"/>
          <w:sz w:val="18"/>
          <w:szCs w:val="18"/>
        </w:rPr>
      </w:pPr>
    </w:p>
    <w:sectPr w:rsidR="008B0CEB" w:rsidRPr="00BC4219" w:rsidSect="00034616">
      <w:headerReference w:type="default" r:id="rId9"/>
      <w:footerReference w:type="default" r:id="rId10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063D0" w14:textId="77777777" w:rsidR="008B4944" w:rsidRDefault="008B4944">
      <w:pPr>
        <w:spacing w:after="0" w:line="240" w:lineRule="auto"/>
      </w:pPr>
      <w:r>
        <w:separator/>
      </w:r>
    </w:p>
  </w:endnote>
  <w:endnote w:type="continuationSeparator" w:id="0">
    <w:p w14:paraId="7C22761F" w14:textId="77777777" w:rsidR="008B4944" w:rsidRDefault="008B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0037" w14:textId="6DBF41FE" w:rsidR="00990076" w:rsidRPr="00BC4219" w:rsidRDefault="00BC4219">
    <w:pPr>
      <w:pStyle w:val="Rodap"/>
      <w:jc w:val="center"/>
      <w:rPr>
        <w:sz w:val="20"/>
        <w:szCs w:val="20"/>
      </w:rPr>
    </w:pPr>
    <w:r w:rsidRPr="00BC4219">
      <w:rPr>
        <w:sz w:val="16"/>
        <w:szCs w:val="20"/>
      </w:rPr>
      <w:t>CADASTRO PERMANENTE DE FORNECEDORES – FAIFPI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8C00" w14:textId="77777777" w:rsidR="008B4944" w:rsidRDefault="008B4944">
      <w:pPr>
        <w:spacing w:after="0" w:line="240" w:lineRule="auto"/>
      </w:pPr>
      <w:r>
        <w:separator/>
      </w:r>
    </w:p>
  </w:footnote>
  <w:footnote w:type="continuationSeparator" w:id="0">
    <w:p w14:paraId="6FC06661" w14:textId="77777777" w:rsidR="008B4944" w:rsidRDefault="008B4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0AAC8" w14:textId="30A92CC4" w:rsidR="00990076" w:rsidRPr="00BC4219" w:rsidRDefault="00BC4219">
    <w:pPr>
      <w:pStyle w:val="Cabealho"/>
      <w:jc w:val="center"/>
      <w:rPr>
        <w:sz w:val="20"/>
        <w:szCs w:val="20"/>
      </w:rPr>
    </w:pPr>
    <w:r w:rsidRPr="00BC4219">
      <w:rPr>
        <w:rFonts w:cstheme="minorHAnsi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4E2AE15B" wp14:editId="03CDD37B">
          <wp:simplePos x="0" y="0"/>
          <wp:positionH relativeFrom="column">
            <wp:posOffset>-571500</wp:posOffset>
          </wp:positionH>
          <wp:positionV relativeFrom="paragraph">
            <wp:posOffset>-435610</wp:posOffset>
          </wp:positionV>
          <wp:extent cx="755015" cy="588010"/>
          <wp:effectExtent l="0" t="0" r="6985" b="2540"/>
          <wp:wrapSquare wrapText="bothSides"/>
          <wp:docPr id="741836142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4219">
      <w:rPr>
        <w:b/>
        <w:sz w:val="16"/>
        <w:szCs w:val="20"/>
      </w:rPr>
      <w:t>FAIFPI – FUNDAÇÃO DE AMPARO À PESQUISA, INOVAÇÃO, ENSINO E EXTENSÃO DO IFPI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26926784">
    <w:abstractNumId w:val="8"/>
  </w:num>
  <w:num w:numId="2" w16cid:durableId="201599711">
    <w:abstractNumId w:val="6"/>
  </w:num>
  <w:num w:numId="3" w16cid:durableId="1389572738">
    <w:abstractNumId w:val="5"/>
  </w:num>
  <w:num w:numId="4" w16cid:durableId="161551030">
    <w:abstractNumId w:val="4"/>
  </w:num>
  <w:num w:numId="5" w16cid:durableId="2031180966">
    <w:abstractNumId w:val="7"/>
  </w:num>
  <w:num w:numId="6" w16cid:durableId="1998532347">
    <w:abstractNumId w:val="3"/>
  </w:num>
  <w:num w:numId="7" w16cid:durableId="183787825">
    <w:abstractNumId w:val="2"/>
  </w:num>
  <w:num w:numId="8" w16cid:durableId="1623922391">
    <w:abstractNumId w:val="1"/>
  </w:num>
  <w:num w:numId="9" w16cid:durableId="873689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22E8"/>
    <w:rsid w:val="0029639D"/>
    <w:rsid w:val="00326F90"/>
    <w:rsid w:val="00360BF3"/>
    <w:rsid w:val="003D7F7D"/>
    <w:rsid w:val="004D0AFF"/>
    <w:rsid w:val="0076177E"/>
    <w:rsid w:val="00822B03"/>
    <w:rsid w:val="008B0CEB"/>
    <w:rsid w:val="008B4944"/>
    <w:rsid w:val="00990076"/>
    <w:rsid w:val="009B693B"/>
    <w:rsid w:val="00AA1D8D"/>
    <w:rsid w:val="00B47730"/>
    <w:rsid w:val="00BC4219"/>
    <w:rsid w:val="00CB0664"/>
    <w:rsid w:val="00D50666"/>
    <w:rsid w:val="00E10A7F"/>
    <w:rsid w:val="00EF43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B72D77"/>
  <w14:defaultImageDpi w14:val="300"/>
  <w15:docId w15:val="{6171619A-B127-469E-8853-CE08D340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822B0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22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cao@faifpi.org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Pabllo richelle araujo teles</cp:lastModifiedBy>
  <cp:revision>6</cp:revision>
  <dcterms:created xsi:type="dcterms:W3CDTF">2026-02-14T15:04:00Z</dcterms:created>
  <dcterms:modified xsi:type="dcterms:W3CDTF">2026-03-05T13:35:00Z</dcterms:modified>
  <cp:category/>
</cp:coreProperties>
</file>